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Twende Tu Creator Partner Opportunity</w:t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About Twende Tu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Twende Tu is a travel and events company creating intentional experiences that connect people through nature, art, culture, fashion and community.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We’re looking to collaborate with travel creators, fashion creators, influencers, content creators and tastemakers who can help us introduce two unique Cape Town experiences to their audiences.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The Opportunities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1. VIP Fashion Weekend | Cape Town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13–19 October 2026 | 7 days / 6 nights</w:t>
        <w:br w:type="textWrapping"/>
        <w:t xml:space="preserve">USD 3,000 single occupancy | USD 2,500 per person sharing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curated fashion and creativity experience designed for people who want to experience Cape Town through its fashion, culture and creative community.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The trip includes South African fashion week experiences, fashion shows and parties, designer studio visits, VIP networking opportunities, styling experiences, a sunset cruise, luxury accommodation and more.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We are particularly looking to reach fashion buyers, retailers, designers, influencers, content creators, stylists, investors, creatives and fashion enthusiasts.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Deposit deadline: Friday, 2 October 2026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2. Cape Town + Garden Route Adventure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20–27 November 2026 | 8 days / 7 nights</w:t>
        <w:br w:type="textWrapping"/>
        <w:t xml:space="preserve">USD 2,500 per person sharing | USD 3,000 single occupancy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An adventure combining Cape Town’s creative energy with the beauty of the Garden Route.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Highlights include Chapman’s Peak, Boulders Beach, Atlantis Dunes, The Crags forests, Tsitsikamma, bungee jumping, yoga and meditation, a Winelands experience and curated meals and experiences.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Deposit deadline: Friday, 30 October 2026</w:t>
      </w:r>
    </w:p>
    <w:p w:rsidR="00000000" w:rsidDel="00000000" w:rsidP="00000000" w:rsidRDefault="00000000" w:rsidRPr="00000000" w14:paraId="00000011">
      <w:pPr>
        <w:pStyle w:val="Heading1"/>
        <w:rPr/>
      </w:pPr>
      <w:r w:rsidDel="00000000" w:rsidR="00000000" w:rsidRPr="00000000">
        <w:rPr>
          <w:rtl w:val="0"/>
        </w:rPr>
        <w:t xml:space="preserve">Who We’re Looking For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We’re looking for creators who have an engaged audience interested in:</w:t>
        <w:br w:type="textWrapping"/>
        <w:t xml:space="preserve">• Travel and adventure</w:t>
        <w:br w:type="textWrapping"/>
        <w:t xml:space="preserve">• Fashion and style</w:t>
        <w:br w:type="textWrapping"/>
        <w:t xml:space="preserve">• Cape Town / South Africa</w:t>
        <w:br w:type="textWrapping"/>
        <w:t xml:space="preserve">• Art, culture and creativity</w:t>
        <w:br w:type="textWrapping"/>
        <w:t xml:space="preserve">• Luxury or curated travel</w:t>
        <w:br w:type="textWrapping"/>
        <w:t xml:space="preserve">• Experiential travel</w:t>
        <w:br w:type="textWrapping"/>
        <w:t xml:space="preserve">• Community and lifestyle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You don’t need to be a huge creator. Audience relevance, engagement and your ability to genuinely communicate an experience are more important to us than follower count.</w:t>
      </w:r>
    </w:p>
    <w:p w:rsidR="00000000" w:rsidDel="00000000" w:rsidP="00000000" w:rsidRDefault="00000000" w:rsidRPr="00000000" w14:paraId="00000014">
      <w:pPr>
        <w:pStyle w:val="Heading1"/>
        <w:rPr/>
      </w:pPr>
      <w:r w:rsidDel="00000000" w:rsidR="00000000" w:rsidRPr="00000000">
        <w:rPr>
          <w:rtl w:val="0"/>
        </w:rPr>
        <w:t xml:space="preserve">What You’ll Do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As a Twende Tu Creator Partner, you’ll help us promote one or both Cape Town experiences through your existing platforms.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This could include:</w:t>
        <w:br w:type="textWrapping"/>
        <w:t xml:space="preserve">• Sharing the trip with your audience</w:t>
        <w:br w:type="textWrapping"/>
        <w:t xml:space="preserve">• Creating Instagram, TikTok, YouTube, LinkedIn or other relevant content</w:t>
        <w:br w:type="textWrapping"/>
        <w:t xml:space="preserve">• Sharing your personal perspective on why the experience would appeal to your audience</w:t>
        <w:br w:type="textWrapping"/>
        <w:t xml:space="preserve">• Directing interested people to Twende Tu to enquire and book</w:t>
        <w:br w:type="textWrapping"/>
        <w:t xml:space="preserve">• Helping us reach people who would genuinely be a good fit for the trips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We’ll provide you with the trip brochures, key information, promotional assets and details you need to communicate the experiences accurately.</w:t>
      </w:r>
    </w:p>
    <w:p w:rsidR="00000000" w:rsidDel="00000000" w:rsidP="00000000" w:rsidRDefault="00000000" w:rsidRPr="00000000" w14:paraId="00000018">
      <w:pPr>
        <w:pStyle w:val="Heading1"/>
        <w:rPr/>
      </w:pPr>
      <w:r w:rsidDel="00000000" w:rsidR="00000000" w:rsidRPr="00000000">
        <w:rPr>
          <w:rtl w:val="0"/>
        </w:rPr>
        <w:t xml:space="preserve">Commission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This is a performance-based partnership.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You’ll receive 10% of the total trip cost for every client you refer who pays their deposit.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There is no requirement to purchase the trip yourself or pay to participate as a creator partner.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We’re particularly interested in building relationships with creators who genuinely love what Twende Tu is creating and could see themselves promoting future experiences with us too.</w:t>
      </w:r>
    </w:p>
    <w:p w:rsidR="00000000" w:rsidDel="00000000" w:rsidP="00000000" w:rsidRDefault="00000000" w:rsidRPr="00000000" w14:paraId="0000001D">
      <w:pPr>
        <w:pStyle w:val="Heading1"/>
        <w:rPr/>
      </w:pPr>
      <w:r w:rsidDel="00000000" w:rsidR="00000000" w:rsidRPr="00000000">
        <w:rPr>
          <w:rtl w:val="0"/>
        </w:rPr>
        <w:t xml:space="preserve">Why Work With Twende Tu?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This isn’t simply a sponsored post. We’re looking to build long-term relationships with creators and tastemakers who want to be part of a growing travel and experiences brand.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You’ll have the opportunity to introduce your audience to unique, curated experiences while earning commission on successful referrals.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If you love travel, fashion, creativity and bringing people together, we’d love to hear from you.</w:t>
      </w:r>
    </w:p>
    <w:p w:rsidR="00000000" w:rsidDel="00000000" w:rsidP="00000000" w:rsidRDefault="00000000" w:rsidRPr="00000000" w14:paraId="00000021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Apply to become a Twende Tu Creator Partner and let’s take people to Cape Town.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e/1FAIpQLSf4EsEHrxJOTJlyjmMc2ESwBa75_XOz2CB3Mx59k4hilAeOdQ/viewform?usp=publish-edi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rAeeix3KO30gMM08gsZzHYBUw==">CgMxLjA4AHIhMUNxN25XZGJRRXRfbmZaYzdvOFBmVGJ3a2dxYm1jNkRj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